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DF12D5" w14:textId="43E5A4B2" w:rsidR="00FA0B39" w:rsidRPr="00AE363A" w:rsidRDefault="000D5D39" w:rsidP="00F57B8F">
      <w:pPr>
        <w:pStyle w:val="Heading1"/>
        <w:jc w:val="center"/>
        <w:rPr>
          <w:rFonts w:ascii="標楷體" w:eastAsia="標楷體" w:hAnsi="標楷體"/>
          <w:lang w:eastAsia="zh-TW"/>
        </w:rPr>
      </w:pPr>
      <w:r w:rsidRPr="000D5D39">
        <w:rPr>
          <w:rFonts w:ascii="標楷體" w:eastAsia="標楷體" w:hAnsi="標楷體" w:hint="eastAsia"/>
          <w:lang w:eastAsia="zh-TW"/>
        </w:rPr>
        <w:t>113學年度實務專題評審</w:t>
      </w:r>
      <w:r>
        <w:rPr>
          <w:rFonts w:ascii="標楷體" w:eastAsia="標楷體" w:hAnsi="標楷體" w:hint="eastAsia"/>
          <w:lang w:eastAsia="zh-TW"/>
        </w:rPr>
        <w:t>得獎組別</w:t>
      </w:r>
      <w:r w:rsidRPr="00AE363A">
        <w:rPr>
          <w:rFonts w:ascii="標楷體" w:eastAsia="標楷體" w:hAnsi="標楷體"/>
          <w:lang w:eastAsia="zh-TW"/>
        </w:rPr>
        <w:t>代領禮券同意書</w:t>
      </w:r>
    </w:p>
    <w:p w14:paraId="11E24003" w14:textId="751F08EE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本人（以下簽名者）</w:t>
      </w:r>
      <w:r w:rsidR="00AE363A" w:rsidRPr="00AE363A">
        <w:rPr>
          <w:rFonts w:ascii="標楷體" w:eastAsia="標楷體" w:hAnsi="標楷體" w:hint="eastAsia"/>
          <w:lang w:eastAsia="zh-TW"/>
        </w:rPr>
        <w:t>113學年度</w:t>
      </w:r>
      <w:r w:rsidR="00AE363A">
        <w:rPr>
          <w:rFonts w:ascii="標楷體" w:eastAsia="標楷體" w:hAnsi="標楷體" w:hint="eastAsia"/>
          <w:lang w:eastAsia="zh-TW"/>
        </w:rPr>
        <w:t>實務專題評審</w:t>
      </w:r>
      <w:r w:rsidRPr="00AE363A">
        <w:rPr>
          <w:rFonts w:ascii="標楷體" w:eastAsia="標楷體" w:hAnsi="標楷體"/>
          <w:lang w:eastAsia="zh-TW"/>
        </w:rPr>
        <w:t>之得獎組別成員，因個人因素無法親自前往領取本組所獲之獎品（禮券），特此同意由本組成員下列人員代為領取。</w:t>
      </w:r>
    </w:p>
    <w:p w14:paraId="2FBE6345" w14:textId="6A71BCAD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一、得獎組別資訊</w:t>
      </w:r>
    </w:p>
    <w:p w14:paraId="4B20EE88" w14:textId="527A0EF7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組別</w:t>
      </w:r>
      <w:r w:rsidR="008C5BC3">
        <w:rPr>
          <w:rFonts w:ascii="標楷體" w:eastAsia="標楷體" w:hAnsi="標楷體" w:hint="eastAsia"/>
          <w:lang w:eastAsia="zh-TW"/>
        </w:rPr>
        <w:t>號碼</w:t>
      </w:r>
      <w:r w:rsidRPr="00AE363A">
        <w:rPr>
          <w:rFonts w:ascii="標楷體" w:eastAsia="標楷體" w:hAnsi="標楷體"/>
          <w:lang w:eastAsia="zh-TW"/>
        </w:rPr>
        <w:t>：_____</w:t>
      </w:r>
      <w:r w:rsidR="00F57B8F">
        <w:rPr>
          <w:rFonts w:ascii="標楷體" w:eastAsia="標楷體" w:hAnsi="標楷體" w:hint="eastAsia"/>
          <w:lang w:eastAsia="zh-TW"/>
        </w:rPr>
        <w:t xml:space="preserve">     </w:t>
      </w:r>
      <w:r w:rsidR="008C5BC3">
        <w:rPr>
          <w:rFonts w:ascii="標楷體" w:eastAsia="標楷體" w:hAnsi="標楷體" w:hint="eastAsia"/>
          <w:lang w:eastAsia="zh-TW"/>
        </w:rPr>
        <w:t>專題</w:t>
      </w:r>
      <w:r w:rsidRPr="00AE363A">
        <w:rPr>
          <w:rFonts w:ascii="標楷體" w:eastAsia="標楷體" w:hAnsi="標楷體"/>
          <w:lang w:eastAsia="zh-TW"/>
        </w:rPr>
        <w:t>名稱：_________________________</w:t>
      </w:r>
    </w:p>
    <w:p w14:paraId="496BBB83" w14:textId="28602D96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二、代領人資料</w:t>
      </w:r>
    </w:p>
    <w:p w14:paraId="3684D59C" w14:textId="63BF5B9E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姓名：______________</w:t>
      </w:r>
      <w:r w:rsidR="00F57B8F">
        <w:rPr>
          <w:rFonts w:ascii="標楷體" w:eastAsia="標楷體" w:hAnsi="標楷體" w:hint="eastAsia"/>
          <w:lang w:eastAsia="zh-TW"/>
        </w:rPr>
        <w:t xml:space="preserve">     </w:t>
      </w:r>
      <w:r w:rsidR="008C5BC3">
        <w:rPr>
          <w:rFonts w:ascii="標楷體" w:eastAsia="標楷體" w:hAnsi="標楷體" w:hint="eastAsia"/>
          <w:lang w:eastAsia="zh-TW"/>
        </w:rPr>
        <w:t>學</w:t>
      </w:r>
      <w:r w:rsidRPr="00AE363A">
        <w:rPr>
          <w:rFonts w:ascii="標楷體" w:eastAsia="標楷體" w:hAnsi="標楷體"/>
          <w:lang w:eastAsia="zh-TW"/>
        </w:rPr>
        <w:t>號：_____________</w:t>
      </w:r>
      <w:r w:rsidR="00F57B8F">
        <w:rPr>
          <w:rFonts w:ascii="標楷體" w:eastAsia="標楷體" w:hAnsi="標楷體" w:hint="eastAsia"/>
          <w:lang w:eastAsia="zh-TW"/>
        </w:rPr>
        <w:t xml:space="preserve">      </w:t>
      </w:r>
      <w:r w:rsidRPr="00AE363A">
        <w:rPr>
          <w:rFonts w:ascii="標楷體" w:eastAsia="標楷體" w:hAnsi="標楷體"/>
          <w:lang w:eastAsia="zh-TW"/>
        </w:rPr>
        <w:t>聯絡電話：_______________</w:t>
      </w:r>
    </w:p>
    <w:p w14:paraId="21039DC3" w14:textId="0CC1AD2F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三、同意內容</w:t>
      </w:r>
    </w:p>
    <w:p w14:paraId="22C7FE62" w14:textId="77777777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本人同意上述代領人於活動主辦單位辦理獎品領取手續時，代為簽收並領取本組之全部禮券。日後如有任何相關爭議，概與主辦單位無涉，並由本組成員自行負責協調處理。</w:t>
      </w:r>
    </w:p>
    <w:p w14:paraId="6D76C672" w14:textId="5097BF22" w:rsidR="00FA0B39" w:rsidRPr="00AE363A" w:rsidRDefault="00000000">
      <w:pPr>
        <w:rPr>
          <w:rFonts w:ascii="標楷體" w:eastAsia="標楷體" w:hAnsi="標楷體"/>
          <w:lang w:eastAsia="zh-TW"/>
        </w:rPr>
      </w:pPr>
      <w:r w:rsidRPr="00AE363A">
        <w:rPr>
          <w:rFonts w:ascii="標楷體" w:eastAsia="標楷體" w:hAnsi="標楷體"/>
          <w:lang w:eastAsia="zh-TW"/>
        </w:rPr>
        <w:t>四、</w:t>
      </w:r>
      <w:r w:rsidR="008C5BC3" w:rsidRPr="00AE363A">
        <w:rPr>
          <w:rFonts w:ascii="標楷體" w:eastAsia="標楷體" w:hAnsi="標楷體"/>
          <w:lang w:eastAsia="zh-TW"/>
        </w:rPr>
        <w:t>未到場</w:t>
      </w:r>
      <w:r w:rsidR="004D02F7">
        <w:rPr>
          <w:rFonts w:ascii="標楷體" w:eastAsia="標楷體" w:hAnsi="標楷體" w:hint="eastAsia"/>
          <w:lang w:eastAsia="zh-TW"/>
        </w:rPr>
        <w:t>領取之組別</w:t>
      </w:r>
      <w:r w:rsidR="008C5BC3" w:rsidRPr="00AE363A">
        <w:rPr>
          <w:rFonts w:ascii="標楷體" w:eastAsia="標楷體" w:hAnsi="標楷體"/>
          <w:lang w:eastAsia="zh-TW"/>
        </w:rPr>
        <w:t>成員簽名</w:t>
      </w:r>
      <w:r w:rsidRPr="00AE363A">
        <w:rPr>
          <w:rFonts w:ascii="標楷體" w:eastAsia="標楷體" w:hAnsi="標楷體"/>
          <w:lang w:eastAsia="zh-TW"/>
        </w:rPr>
        <w:t>確認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1"/>
        <w:gridCol w:w="1311"/>
        <w:gridCol w:w="1323"/>
        <w:gridCol w:w="4675"/>
      </w:tblGrid>
      <w:tr w:rsidR="00D8217D" w:rsidRPr="00AE363A" w14:paraId="4B920BEB" w14:textId="3D052CF0" w:rsidTr="004E58AE">
        <w:trPr>
          <w:trHeight w:val="441"/>
          <w:jc w:val="center"/>
        </w:trPr>
        <w:tc>
          <w:tcPr>
            <w:tcW w:w="1382" w:type="dxa"/>
            <w:tcMar>
              <w:left w:w="0" w:type="dxa"/>
              <w:right w:w="0" w:type="dxa"/>
            </w:tcMar>
            <w:vAlign w:val="center"/>
          </w:tcPr>
          <w:p w14:paraId="00A8033F" w14:textId="77777777" w:rsidR="00D8217D" w:rsidRPr="00AE363A" w:rsidRDefault="00D8217D" w:rsidP="001E1785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proofErr w:type="spellStart"/>
            <w:r w:rsidRPr="00AE363A">
              <w:rPr>
                <w:rFonts w:ascii="標楷體" w:eastAsia="標楷體" w:hAnsi="標楷體"/>
              </w:rPr>
              <w:t>姓名</w:t>
            </w:r>
            <w:proofErr w:type="spellEnd"/>
          </w:p>
        </w:tc>
        <w:tc>
          <w:tcPr>
            <w:tcW w:w="1371" w:type="dxa"/>
            <w:tcMar>
              <w:left w:w="0" w:type="dxa"/>
              <w:right w:w="0" w:type="dxa"/>
            </w:tcMar>
            <w:vAlign w:val="center"/>
          </w:tcPr>
          <w:p w14:paraId="489136DE" w14:textId="0A470B25" w:rsidR="00D8217D" w:rsidRPr="00AE363A" w:rsidRDefault="00D8217D" w:rsidP="001E1785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</w:t>
            </w:r>
            <w:r w:rsidRPr="00AE363A">
              <w:rPr>
                <w:rFonts w:ascii="標楷體" w:eastAsia="標楷體" w:hAnsi="標楷體"/>
              </w:rPr>
              <w:t>號</w:t>
            </w:r>
          </w:p>
        </w:tc>
        <w:tc>
          <w:tcPr>
            <w:tcW w:w="1384" w:type="dxa"/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14:paraId="05F2B839" w14:textId="77777777" w:rsidR="00D8217D" w:rsidRPr="00AE363A" w:rsidRDefault="00D8217D" w:rsidP="001E1785">
            <w:pPr>
              <w:spacing w:after="0" w:line="240" w:lineRule="auto"/>
              <w:jc w:val="center"/>
              <w:rPr>
                <w:rFonts w:ascii="標楷體" w:eastAsia="標楷體" w:hAnsi="標楷體"/>
              </w:rPr>
            </w:pPr>
            <w:r w:rsidRPr="00AE363A">
              <w:rPr>
                <w:rFonts w:ascii="標楷體" w:eastAsia="標楷體" w:hAnsi="標楷體"/>
              </w:rPr>
              <w:t>簽名</w:t>
            </w:r>
          </w:p>
        </w:tc>
        <w:tc>
          <w:tcPr>
            <w:tcW w:w="4924" w:type="dxa"/>
            <w:tcMar>
              <w:left w:w="0" w:type="dxa"/>
              <w:right w:w="0" w:type="dxa"/>
            </w:tcMar>
            <w:vAlign w:val="center"/>
          </w:tcPr>
          <w:p w14:paraId="0A99B594" w14:textId="23615457" w:rsidR="00D8217D" w:rsidRPr="00AE363A" w:rsidRDefault="006B376E" w:rsidP="001E1785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學生證照片檔</w:t>
            </w:r>
          </w:p>
        </w:tc>
      </w:tr>
      <w:tr w:rsidR="00D8217D" w:rsidRPr="00AE363A" w14:paraId="52D21297" w14:textId="45D7AB28" w:rsidTr="004E58AE">
        <w:trPr>
          <w:trHeight w:val="3140"/>
          <w:jc w:val="center"/>
        </w:trPr>
        <w:tc>
          <w:tcPr>
            <w:tcW w:w="1382" w:type="dxa"/>
            <w:tcMar>
              <w:left w:w="0" w:type="dxa"/>
              <w:right w:w="0" w:type="dxa"/>
            </w:tcMar>
            <w:vAlign w:val="center"/>
          </w:tcPr>
          <w:p w14:paraId="3CE00C77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371" w:type="dxa"/>
            <w:tcMar>
              <w:left w:w="0" w:type="dxa"/>
              <w:right w:w="0" w:type="dxa"/>
            </w:tcMar>
            <w:vAlign w:val="center"/>
          </w:tcPr>
          <w:p w14:paraId="7A4AFFC1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384" w:type="dxa"/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14:paraId="2A4276BE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24" w:type="dxa"/>
            <w:tcMar>
              <w:left w:w="0" w:type="dxa"/>
              <w:right w:w="0" w:type="dxa"/>
            </w:tcMar>
            <w:vAlign w:val="center"/>
          </w:tcPr>
          <w:p w14:paraId="7DCE06CD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  <w:tr w:rsidR="00D8217D" w:rsidRPr="00AE363A" w14:paraId="1BE33D0D" w14:textId="63E7EE8A" w:rsidTr="004E58AE">
        <w:trPr>
          <w:trHeight w:val="3140"/>
          <w:jc w:val="center"/>
        </w:trPr>
        <w:tc>
          <w:tcPr>
            <w:tcW w:w="1382" w:type="dxa"/>
            <w:tcMar>
              <w:left w:w="0" w:type="dxa"/>
              <w:right w:w="0" w:type="dxa"/>
            </w:tcMar>
            <w:vAlign w:val="center"/>
          </w:tcPr>
          <w:p w14:paraId="60201434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371" w:type="dxa"/>
            <w:tcMar>
              <w:left w:w="0" w:type="dxa"/>
              <w:right w:w="0" w:type="dxa"/>
            </w:tcMar>
            <w:vAlign w:val="center"/>
          </w:tcPr>
          <w:p w14:paraId="49B3F791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384" w:type="dxa"/>
            <w:shd w:val="clear" w:color="auto" w:fill="DBE5F1" w:themeFill="accent1" w:themeFillTint="33"/>
            <w:tcMar>
              <w:left w:w="0" w:type="dxa"/>
              <w:right w:w="0" w:type="dxa"/>
            </w:tcMar>
            <w:vAlign w:val="center"/>
          </w:tcPr>
          <w:p w14:paraId="182D4600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4924" w:type="dxa"/>
            <w:tcMar>
              <w:left w:w="0" w:type="dxa"/>
              <w:right w:w="0" w:type="dxa"/>
            </w:tcMar>
            <w:vAlign w:val="center"/>
          </w:tcPr>
          <w:p w14:paraId="53B71EF0" w14:textId="77777777" w:rsidR="00D8217D" w:rsidRPr="00AE363A" w:rsidRDefault="00D8217D" w:rsidP="005C2524">
            <w:pPr>
              <w:spacing w:after="0" w:line="240" w:lineRule="auto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</w:tr>
    </w:tbl>
    <w:p w14:paraId="537C5ABB" w14:textId="019419D4" w:rsidR="00FA0B39" w:rsidRPr="00AE363A" w:rsidRDefault="00FA0B39" w:rsidP="004E58AE">
      <w:pPr>
        <w:rPr>
          <w:rFonts w:ascii="標楷體" w:eastAsia="標楷體" w:hAnsi="標楷體" w:hint="eastAsia"/>
          <w:lang w:eastAsia="zh-TW"/>
        </w:rPr>
      </w:pPr>
    </w:p>
    <w:sectPr w:rsidR="00FA0B39" w:rsidRPr="00AE363A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3702549">
    <w:abstractNumId w:val="8"/>
  </w:num>
  <w:num w:numId="2" w16cid:durableId="1264875795">
    <w:abstractNumId w:val="6"/>
  </w:num>
  <w:num w:numId="3" w16cid:durableId="799154004">
    <w:abstractNumId w:val="5"/>
  </w:num>
  <w:num w:numId="4" w16cid:durableId="914238752">
    <w:abstractNumId w:val="4"/>
  </w:num>
  <w:num w:numId="5" w16cid:durableId="1012531918">
    <w:abstractNumId w:val="7"/>
  </w:num>
  <w:num w:numId="6" w16cid:durableId="1296568053">
    <w:abstractNumId w:val="3"/>
  </w:num>
  <w:num w:numId="7" w16cid:durableId="676731641">
    <w:abstractNumId w:val="2"/>
  </w:num>
  <w:num w:numId="8" w16cid:durableId="17318437">
    <w:abstractNumId w:val="1"/>
  </w:num>
  <w:num w:numId="9" w16cid:durableId="1772780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bordersDoNotSurroundHeader/>
  <w:bordersDoNotSurroundFooter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D5D39"/>
    <w:rsid w:val="0015074B"/>
    <w:rsid w:val="001E1785"/>
    <w:rsid w:val="0029639D"/>
    <w:rsid w:val="002D550F"/>
    <w:rsid w:val="00326F90"/>
    <w:rsid w:val="003F1B6F"/>
    <w:rsid w:val="004D02F7"/>
    <w:rsid w:val="004E58AE"/>
    <w:rsid w:val="00587FBD"/>
    <w:rsid w:val="005C2524"/>
    <w:rsid w:val="006B376E"/>
    <w:rsid w:val="006E5059"/>
    <w:rsid w:val="0087525D"/>
    <w:rsid w:val="008C5BC3"/>
    <w:rsid w:val="008F3CB3"/>
    <w:rsid w:val="00947B34"/>
    <w:rsid w:val="009F61D6"/>
    <w:rsid w:val="00A62E5A"/>
    <w:rsid w:val="00A8441A"/>
    <w:rsid w:val="00AA1D8D"/>
    <w:rsid w:val="00AE363A"/>
    <w:rsid w:val="00B06B1B"/>
    <w:rsid w:val="00B47730"/>
    <w:rsid w:val="00B64014"/>
    <w:rsid w:val="00CB0664"/>
    <w:rsid w:val="00D8217D"/>
    <w:rsid w:val="00E9513B"/>
    <w:rsid w:val="00F57B8F"/>
    <w:rsid w:val="00F81031"/>
    <w:rsid w:val="00FA0B39"/>
    <w:rsid w:val="00FC693F"/>
    <w:rsid w:val="00FF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D1CCBF9"/>
  <w14:defaultImageDpi w14:val="300"/>
  <w15:docId w15:val="{04C0603F-7F1E-4011-A0D2-709CF557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孟彥</cp:lastModifiedBy>
  <cp:revision>33</cp:revision>
  <cp:lastPrinted>2025-10-16T06:10:00Z</cp:lastPrinted>
  <dcterms:created xsi:type="dcterms:W3CDTF">2025-10-16T06:01:00Z</dcterms:created>
  <dcterms:modified xsi:type="dcterms:W3CDTF">2025-10-16T06:11:00Z</dcterms:modified>
  <cp:category/>
</cp:coreProperties>
</file>